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 quien pueda interesar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recomendación laboral de [nombre del recomendado]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Quien suscribe, [nombre del firmante], en calidad de [cargo] de [nombre de la empresa], hace constar que [nombre completo del recomendado], identificado(a) con [documento], prestó sus servicios en esta empresa en las condiciones que se relacionan a continuación.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vinculación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 desempeñado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Área o dependencia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Periodo de vinculación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vinculación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Durante ese tiempo se desempeñó con [responsabilidad, cumplimiento y trabajo en equipo], y tuvo a su cargo [funciones principales].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lo anterior, recomiendo a [nombre del recomendado] para [cargo o tipo de proceso] y manifiesto que puede volver a ser considerado para futuras oportunidades en nuestra empresa.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recomendación se emite a solicitud del interesado en [ciudad], el [fecha].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[hoja de vida del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La recomendación debe limitarse a datos ciertos y verificables sobre la vinculación y el desempeño. No incluya información reservada.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Recomendación laboral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</dc:title>
  <dc:subject>Carta de recomendación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