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SWOT ANALYSIS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Sorts out what is inside (strengths and weaknesses) and what is outside (opportunities and threats)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[FD-___]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General information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What is being analysed (company / area / product / project)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Period covered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Who took part in the analysis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of the analysis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Purpose of the analysis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[State what this analysis is for and which decision should come out of it: entering a market, launching a line, reorganising the warehouse, reviewing a supplier.]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Strengths (internal, in your favour)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Strength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it shows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Impact (high / medium / low)</w:t>
            </w:r>
          </w:p>
        </w:tc>
        <w:tc>
          <w:tcPr>
            <w:tcW w:type="dxa" w:w="181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it is sustained</w:t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Opportunities (external, in your favour)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Opportunity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Where it comes from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Impact (high / medium / low)</w:t>
            </w:r>
          </w:p>
        </w:tc>
        <w:tc>
          <w:tcPr>
            <w:tcW w:type="dxa" w:w="181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it is taken</w:t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Weaknesses (internal, against you)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Weakness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it shows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Impact (high / medium / low)</w:t>
            </w:r>
          </w:p>
        </w:tc>
        <w:tc>
          <w:tcPr>
            <w:tcW w:type="dxa" w:w="181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it is fixed</w:t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Threats (external, against you)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Threat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Where it comes from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Impact (high / medium / low)</w:t>
            </w:r>
          </w:p>
        </w:tc>
        <w:tc>
          <w:tcPr>
            <w:tcW w:type="dxa" w:w="181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it is reduced</w:t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Strategy crossover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Crossover</w:t>
            </w:r>
          </w:p>
        </w:tc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Question it answers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Strategies it produces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Priorities and action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Priority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will be done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Due date</w:t>
            </w:r>
          </w:p>
        </w:tc>
        <w:tc>
          <w:tcPr>
            <w:tcW w:type="dxa" w:w="124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Conclusions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[Close with two or three sentences: what was decided from the analysis and what is reviewed first.]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PERSON LEADING THE ANALYSIS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APPROVED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SWOT analysis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Análisis FODA</dc:title>
  <dc:subject>Análisis FODA de la empresa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