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COMPRAS E FORNECEDORES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Definir como a empresa compra: quem solicita, quem autoriza, de quais fornecedores e com quais documentos, para que toda compra seja necessária, autorizada e conferida no recebimento.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[Tipos de compra a que se aplica e compras excetuadas, se houver.]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Etapas da compra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Requisição da área que precisa do bem ou serviço, com justificativa e quantidade.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Verificação de saldo em estoque antes de comprar.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Seleção do fornecedor e solicitação de cotações.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Autorização conforme os níveis definidos nesta política.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Emissão da ordem de compra com o solicitado e os prazos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Recebimento e conferência contra a ordem (quantidade, estado, documentos).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Registro no sistema e aprovação da nota fiscal para pagamento.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Avaliação do fornecedor após a entrega.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Seleção e avaliação de fornecedores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verificado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solicitado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Qualidade do produto ou serviço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Preço e condições de pagamento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dos prazos de entrega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Documentação em ordem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Resposta a reclamações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Níveis de aprovação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Faixa de 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autoriza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pequenas: gestor da área solicitante.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médias: gestor da área e responsável administrativo.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maiores: direção, com a cotação comparativa anexada.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Integridade e conflito de interesses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Documentos e registros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ou registro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[Primeiro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[Terceiro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[Quarto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Fonte do 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com ordem de compra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Entregas no prazo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Reclamações de fornecedores resolvidas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sem cotação comparativa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Ninguém compra sem requisição e ninguém recebe sem ordem de compra: esse é o controle que evita pagar duas vezes ou pagar por algo que nunca chegou. Verifique com seu contador quais documentos sua operação exige antes de publicar esta política.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Compras e fornecedores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compras y proveedores</dc:title>
  <dc:subject>Política de compras y proveedores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