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INFORME MÉDICO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Resumen clínico con hallazgos, diagnóstico, tratamiento y recomendaciones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[IM-___]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paciente y de quien solicita el informe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 del paciente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nacimiento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Sexo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solicita el informe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Relación con el paciente o entidad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Motivo del informe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para qué se pide el informe: trámite laboral, escolar, aseguradora, segunda opinión o seguimiento. El motivo define hasta dónde llega el informe.]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Motivo del informe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Antecedentes relevantes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[Resuma solo los antecedentes que tienen relación con el motivo del informe; no hace falta repetir toda la historia clínica.]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Antecedentes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Hallazgos y exámenes practicados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[Describa los hallazgos del examen, los resultados de los exámenes que se practicaron y la fecha en que se hicieron.]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Examen o estudio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</w:t>
            </w:r>
          </w:p>
        </w:tc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 o hallazgo</w:t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Diagnóstico o impresión diagnóstica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Diagnóstico principal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Impresión diagnóstica o diagnósticos relacionados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Tratamiento y recomendaciones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el tratamiento indicado en términos generales y las recomendaciones de cuidado. El detalle de los medicamentos, si los hay, va en la receta.]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Tratamiento indicado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Recomendaciones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Incapacidad o reposo indicado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[Este punto se diligencia solo cuando el caso lo requiere. Si no aplica, déjelo en blanco.]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Incapacidad o reposo indicado (solo si aplica)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Periodo o fechas indicadas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Evolución y pronóstico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[Cuente cómo ha evolucionado el paciente y qué se espera, sin prometer resultados. Si el pronóstico es reservado, escríbalo con claridad.]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Evolución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Pronóstico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Observaciones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[Espacio para las aclaraciones del informe: qué información no se incluyó, a quién se entrega, con qué autorización y qué copia queda en el archivo.]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Firmas y datos del profesional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PROFESIONAL QUE ELABORA EL INFORME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número de registro profesional, especialidad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Aviso: este formato es una guía de uso interno y no sustituye el criterio del profesional ni la historia clínica oficial; antes de usarlo, revíselo y ajústelo a la normativa sanitaria del país donde se atiende.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Informe médico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médico</dc:title>
  <dc:subject>Informe médico con hallazgos, diagnóstico y recomendaciones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