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À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del cliente]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A/C: [Nome e cargo]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[Cidade]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proposta comercial de [produto ou serviço]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Prezados senhores,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O que entendemos da sua necessidade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Agradecemos o tempo que nos dedicou para conhecer sua operação. A partir da conversa de [data] e das informações que compartilhou, entendemos sua necessidade assim: [descreva o problema ou a necessidade em duas ou três linhas].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 que a proposta inclui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Com base nisso preparamos a proposta a seguir, que inclui [escopo geral: produtos, serviços, implantação ou acompanhamento].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Componente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Detalhe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[Produto ou serviço principal]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[Serviço adicional]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[Acompanhamento ou garantia]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Investimento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Quantidade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unitário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total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Total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Condições comerciais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Validade da proposta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Moeda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 de pagamento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Prazo de entrega ou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Garantia ou suporte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Aceite</w:t>
      </w:r>
    </w:p>
    <w:p>
      <w:r>
        <w:rPr>
          <w:rFonts w:ascii="Calibri" w:hAnsi="Calibri" w:cs="Calibri"/>
          <w:b w:val="0"/>
          <w:i/>
          <w:color w:val="262626"/>
          <w:sz w:val="19"/>
        </w:rPr>
        <w:t>Aprovação do cliente: a assinatura deste documento autoriza o início dos trabalhos nas condições aqui descritas.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Aprovado pelo cliente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Apresentado pelo fornecedor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595959"/>
          <w:sz w:val="18"/>
        </w:rPr>
        <w:t>Cópia: [área comercial]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Antes de enviar a proposta, confira os valores, os prazos e o que fica fora do escopo: a maioria dos conflitos com um cliente nasce de um escopo que não foi escrito.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Proposta comercial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comercial</dc:title>
  <dc:subject>Propuesta comercial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