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GUIA DE ESTUDO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 que é preciso saber, em que ordem e como verificar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[GE-___]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guia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Tema ou unidade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Disciplina ou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Série ou 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Avaliação para a qual serve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avaliação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 que deve saber ao terminar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de quatro a sete pontos. Cada um deve poder ser verificado com uma pergunta ou um exercício.]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Conteúdo ordenado por importância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Ordem</w:t>
            </w:r>
          </w:p>
        </w:tc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Conteúdo ou tema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Importância</w:t>
            </w:r>
          </w:p>
        </w:tc>
        <w:tc>
          <w:tcPr>
            <w:tcW w:type="dxa" w:w="215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Observações</w:t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15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Definições e fórmulas a memorizar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Termo ou fórmula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diz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Conteúdo ou tema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Perguntas de prática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 esperada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Observações</w:t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Erros mais frequentes neste tema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[Os erros que se repetem todo ano: confundir dois conceitos parecidos, esquecer uma unidade, pular uma etapa, memorizar sem entender.]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Como distribuir o estudo nos dias anteriores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Dia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estudar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Minutos</w:t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Autoavaliação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 final de cada revisão, marque o que já consegue explicar sem olhar as anotações. O que ficar sem marcar é o que deve ser revisto no dia seguinte.]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PROFESSOR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instituição] · Guia de estudo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estudio</dc:title>
  <dc:subject>Guía de estudio con autoevaluación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