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RECEBIMENTO DE OBRA OU SERVIÇO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Comprovante de que o contratado foi entregue e conferido, com ou sem ressalvas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[RO-___]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ata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QUEM ENTREGA (contratado ou fornecedor)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QUEM RECEBE (contratante ou supervisor)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Contrato ou pedido que se recebe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Contrato ou pedido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Objeto contratado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do contrato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Valor executado e 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onde o trabalho foi executado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Detalhe do que foi recebido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(bom / com ressalvas / não recebido)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Verificações realizadas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[Foi conferido que o entregue corresponde ao combinado em quantidade e qualidade]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[Foram feitos os testes de funcionamento ou de operação necessários]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[Foram revisados acabamentos, apresentação e limpeza do local]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[Foram recebidos projetos, manuais, garantias e demais documentos]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[Foi verificado o recolhimento de sobras, entulho e equipamentos de trabalho]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[Foi comprovado que a área ficou em condições de uso]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Resultado do recebimento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Resultado (recebido com satisfação / recebido com ressalvas / não se recebe)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Justificativa do resultado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Pendências e prazo para corrigi-las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Pendência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Garantia ou respaldo entregue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garantia ou respaldo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quem reclamar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[Escreva aqui os acordos verbais, as condições do recebimento e qualquer esclarecimento que deva ficar por escrito.]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ENTREGA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RECEBE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SUPERVISOR OU FISCAL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Recebimento de obra ou serviço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recibo de obra o servicio</dc:title>
  <dc:subject>Acta de recibo de obra o servicio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