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ATA DE COMITÊ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Sessão ordinária do comitê: quórum, decisões e acompanhamento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[CM-___]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gerais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Ata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Período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Local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 de início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Hora de encerramento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comitê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Comitê de convivência / Segurança e saúde no trabalho / Qualidade / Compras / Outro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do comitê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Participantes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Função (presidente / secretário / membro)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Compareceu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Pauta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[Primeiro tema]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[Segundo tema]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[Terceiro tema]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[Quarto tema]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Desenvolvimento da reunião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 da pauta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Resumo do que foi tratado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Conclusão / decisão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Casos ou relatos apresentados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Caso ou relato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Quem apresenta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Tratamento dado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Compromissos assumidos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Compromisso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Responsável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Prazo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Situação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 comitê registra as decisões tomadas e o acompanhamento dos compromissos da sessão anterior. As atas são numeradas de forma consecutiva e conservadas como comprovante das decisões.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Ata de comitê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comité</dc:title>
  <dc:subject>Acta de comité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