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Calibri" w:hAnsi="Calibri" w:cs="Calibri"/>
          <w:b/>
          <w:i w:val="0"/>
          <w:color w:val="404040"/>
          <w:sz w:val="24"/>
        </w:rPr>
        <w:t>[NOMBRE DE LA EMPRESA]</w:t>
      </w:r>
    </w:p>
    <w:p>
      <w:r>
        <w:rPr>
          <w:rFonts w:ascii="Calibri" w:hAnsi="Calibri" w:cs="Calibri"/>
          <w:b w:val="0"/>
          <w:i w:val="0"/>
          <w:color w:val="595959"/>
          <w:sz w:val="17"/>
        </w:rPr>
        <w:t>[Identificación] · [Dirección] · [Ciudad]</w:t>
      </w:r>
    </w:p>
    <w:p>
      <w:r>
        <w:rPr>
          <w:rFonts w:ascii="Calibri" w:hAnsi="Calibri" w:cs="Calibri"/>
          <w:b w:val="0"/>
          <w:i w:val="0"/>
          <w:color w:val="595959"/>
          <w:sz w:val="17"/>
        </w:rPr>
        <w:t>[Teléfono] · [Correo electrónico] · [Sitio web]</w:t>
      </w:r>
    </w:p>
    <w:p>
      <w:pPr>
        <w:spacing w:after="160"/>
        <w:pBdr>
          <w:bottom w:val="single" w:sz="8" w:space="4" w:color="A6A6A6"/>
        </w:pBdr>
      </w:pPr>
    </w:p>
    <w:p>
      <w:pPr>
        <w:jc w:val="right"/>
      </w:pPr>
      <w:r>
        <w:rPr>
          <w:rFonts w:ascii="Calibri" w:hAnsi="Calibri" w:cs="Calibri"/>
          <w:b w:val="0"/>
          <w:i w:val="0"/>
          <w:color w:val="262626"/>
          <w:sz w:val="20"/>
        </w:rPr>
        <w:t>[Ciudad], [DD/MM/AAAA]</w:t>
      </w:r>
    </w:p>
    <w:p>
      <w:pPr>
        <w:jc w:val="center"/>
      </w:pPr>
      <w:r>
        <w:rPr>
          <w:rFonts w:ascii="Calibri" w:hAnsi="Calibri" w:cs="Calibri"/>
          <w:b/>
          <w:i w:val="0"/>
          <w:color w:val="404040"/>
          <w:sz w:val="25"/>
        </w:rPr>
        <w:t>CONTRATO DE PRESTACIÓN DE SERVICIOS</w:t>
      </w:r>
    </w:p>
    <w:p>
      <w:pPr>
        <w:spacing w:after="120"/>
        <w:pBdr>
          <w:bottom w:val="single" w:sz="6" w:space="4" w:color="A6A6A6"/>
        </w:pBdr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Partes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[Contratante]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[Documento]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[Representante]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[Cargo]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[Contratista]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[Documento]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Objeto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El contratista se obliga a prestar al contratante los siguientes servicios profesionales: [descripción concreta del servicio], con autonomía técnica y administrativa y con sus propios medios.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Alcance y entregables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N.º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Entregable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Descripción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Plazo</w:t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Honorarios y forma de pago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Los honorarios acordados son [valor] [moneda], pagaderos [contra entrega del informe / en cuotas mensuales] mediante [factura o cuenta de cobro] a la cuenta [número]. Los gastos autorizados previamente se reconocen aparte.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Plazo y lugar de ejecución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Fecha de inicio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Fecha de terminación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Lugar de ejecución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Dedicación estimada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Independencia del contratista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El contratista presta el servicio con sus propios medios y personal, asume sus obligaciones frente a terceros y no está sujeto a jornada, subordinación ni instrucciones distintas de las necesarias para coordinar el resultado. Esta colaboración no genera relación laboral entre las partes.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7. Confidencialidad y propiedad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El contratista mantendrá en reserva la información de la empresa y entregará al terminar todos los documentos y productos del servicio. Los entregables son de propiedad del contratante una vez pagados.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8. Terminación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Cualquiera de las partes puede terminar este contrato avisando por escrito con [número] días de anticipación; en ese caso se pagarán los servicios efectivamente prestados hasta la fecha de terminación.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9. Firmas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19"/>
        <w:gridCol w:w="4819"/>
      </w:tblGrid>
      <w:tr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r>
        <w:rPr>
          <w:rFonts w:ascii="Calibri" w:hAnsi="Calibri" w:cs="Calibri"/>
          <w:b w:val="0"/>
          <w:i w:val="0"/>
          <w:color w:val="595959"/>
          <w:sz w:val="18"/>
        </w:rPr>
        <w:t>Copia: [contabilidad] · [archivo del contratista]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Este modelo es una guía general y no constituye asesoría legal. Antes de firmarlo, revíselo con su asesor para adaptarlo a su operación y a su país.</w:t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Documente la autonomía del contratista (varios clientes, sus propias herramientas, facturación propia): es lo que sustenta la naturaleza civil del contrato. Revíselo con su asesor antes de firmar.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[Nombre de la empresa] · Prestación de servicios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de prestación de servicios</dc:title>
  <dc:subject>Contrato de prestación de servicios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