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INTERNAL AUDIT REPORT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Audit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Process or area audited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Process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Auditor(s)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Audit objective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 and criteria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what was reviewed: documents, records, movements, counts. List the criteria used, that is, the company's own procedures and policies against which what was found is compared.]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Methodology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Interviews with the staff of the process.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Document review of procedures, minutes and records.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Sample testing of system movements and balances.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Direct on-site observation during the operation.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Verification of physical counts against the system.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Findings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[Deviation / Observation / Improvement opportunity]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Finding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Proposed action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Agreed date</w:t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Conclusions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[Close with one conclusion per audited process: whether the controls work, work partially or do not work, and what should be fixed first. Do not turn the report into a list of blame: a finding is written against the process, not the person.]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Follow-up on previous findings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Previous finding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Current status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Attachments and signatures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[Attachments: working papers, checklists, photographs, system reports]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Every finding needs evidence and an action with an owner and a date: a report without verifiable commitments changes nothing. Before issuing it, discuss the findings with the process leader to confirm the facts and the dates.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Internal audit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auditoría interna</dc:title>
  <dc:subject>Informe de auditoría interna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