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[NOMBRE DEL POSTULANTE]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[Dirección · Ciudad]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[Teléfono · Correo electrónico]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5"/>
        </w:rPr>
        <w:t>CARTA DE MOTIVACIÓN</w:t>
      </w:r>
    </w:p>
    <w:p>
      <w:pPr>
        <w:spacing w:after="120"/>
        <w:pBdr>
          <w:bottom w:val="single" w:sz="6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[Ciudad],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Señor(a)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[NOMBRE DE QUIEN CONTRATA]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[Cargo: jefe de área o talento humano]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[Nombre de la empresa]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[Ciudad]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Asunto: Candidatura al cargo de [nombre del cargo]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Respetado(a) señor(a):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[Primer párrafo: diga quién es, qué cargo busca y en una frase por qué encaja. Nada de historias largas: el reclutador lee esto en treinta segundos.]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Lo que puedo aportar al cargo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[Experiencia concreta: dónde, cuánto tiempo y en qué tipo de operación]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[Un resultado medible que haya conseguido antes]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[Herramientas o conocimientos que maneja y que el cargo pide]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[Algo que haya aprendido de un error o de un proyecto difícil]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Por qué me interesa esta empresa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[Explique qué sabe de esta empresa y por qué esa razón le interesa a usted en concreto. Si investigó algo de su operación, menciónelo: es lo que distingue esta carta de una plantilla.]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Disponibilidad y cierre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[Diga cuándo puede empezar, si tiene disponibilidad para horarios o viajes y cómo prefiere que lo contacten. Cierre agradeciendo la lectura.]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Cordialmente,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[NOMBRE DEL POSTULANTE]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[Teléfono]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[Correo electrónico]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[Perfil profesional o enlace]</w:t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Anexos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[Hoja de vida, certificados de estudio o trabajo, portafolio: liste solo lo que adjunta.]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 del documento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[CM-___]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del postulante] · Carta de motivación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motivación</dc:title>
  <dc:subject>Carta de motivación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