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PAYMENT AGREEMENT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Parties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[Acreedor]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[Deudor]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[Dirección del deudor]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[Teléfono]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Outstanding balance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debtor acknowledges an outstanding balance in favour of the creditor of [amount in figures] [currency], corresponding to the invoices listed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Invoice or document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balance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Payment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Instalment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Payment date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balance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Terms of the agreement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Payment will be made by [transfer, cash or cheque] to the account or address indicated by the creditor.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While this agreement is honoured, [no additional interest will be charged / the terms of the original debt are maintained with the interest already accrued]. This does not change the amount of the debt or any existing security.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If the debtor fails to pay [number] instalments, the creditor may terminate this agreement and claim the outstanding balance on the original terms, with written notice.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The debtor confirms that the balance and dates were reviewed and accepts this agreement.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[collections area] · [debtor's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template is general guidance and is not legal advice. Before signing, have it reviewed by your adviser and adapted to your operation and country.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Before signing, reconcile the balance with your accounting records and with the debtor's payment evidence: an agreement over a wrongly calculated balance will simply be breached. Have it reviewed by your adviser.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Payment agreement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pago</dc:title>
  <dc:subject>Acuerdo de pago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