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candidato]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job offer for the position of [position]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are pleased to inform you that, following the selection process, we have decided to offer you the position of [position] at [company name]. These are the terms of the offer.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Terms of the offer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Area or department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Contract type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Working hours and schedule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Start date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Place of work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Probation period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Additional terms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In addition: [benefits, allowances, initial training or other arrangements]. On your first day you must bring [documents required for onboarding].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Candidate's acceptance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offer is valid until [date]. To accept it, sign this letter and send us a copy before that date; if you have questions about the terms, email us at [email] or call [phone].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I confirm that I accept the offer on the terms described and that I can start on [date].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de quien firma]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Copy: [candidate's file] · [Human Resources]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Put the terms in writing before the contract is signed: salary, working hours, place and start date. If any term changes later, confirm it in writing.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Job offer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empleo</dc:title>
  <dc:subject>Oferta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