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ENTREGA DE PUESTO DE TRABAJO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Entrega de cargo, recursos, accesos y pendientes por retiro o traslado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/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colaborador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retiro o traslado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y fecha efectiva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(renuncia / terminación / mutuo acuerdo / traslado)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Partes que intervienen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Recursos y equipos entregados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Ítem o descripción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(bueno / regular / malo)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Accesos, claves y correos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Sistema, equipo o recurso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¿Entregado? (Sí / No)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Asuntos pendientes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Asunto pendiente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continúa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acta deja constancia del estado en que se entregan el cargo, los recursos y los accesos. Se firma por quien entrega, quien recibe y un testigo, y se archiva en la hoja de vida del colaborador.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Entrega de puesto de trabajo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puesto de trabajo</dc:title>
  <dc:subject>Acta de entrega de puesto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