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LINKEDIN PROFILE WORKSHEET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Headline, summary and experience written with the words recruiters actually search for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[LK-___]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Profile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Current position or activity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City and country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Field or sector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Years of experience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updated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Headline (one line)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[The headline is the first thing read. Use the formula: what you do + what you specialise in + for whom or with what result. Example: 'Accounting assistant | invoicing and receivables | small retailers'.]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Proposed headline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Example headlines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Field</w:t>
            </w:r>
          </w:p>
        </w:tc>
        <w:tc>
          <w:tcPr>
            <w:tcW w:type="dxa" w:w="703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Headline that works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Sales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Sales adviser | retail selling | targets and customer accounts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Warehouse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Warehouse assistant | stock and dispatch | stock ledger control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Accounting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Accounting assistant | invoicing and receivables | small retailers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Operations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Shift supervisor | production and quality | indicators and safety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Technology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IT support | networks and equipment | small businesses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Retail owner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Shop owner | purchasing and pricing | margin per product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About (four paragraphs)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[Paragraph 1: what you do today and how many years you have been doing it. One sentence, no adjectives.]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[Paragraph 2: what you are good at, with one concrete example with a number or a result.]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[Paragraph 3: which tools or areas you work with best.]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[Paragraph 4: what you are looking for and how to reach you.]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Experience by position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Position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Company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Period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you achieved (with a number where possible)</w:t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Skills (the first ten show on the profile)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Skill or tool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Level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can be checked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Spreadsheets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Inventory and stock ledger control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Customer service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Invoicing and collections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Teamwork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Meeting targets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Cash handling and counts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Filing and organisation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9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Office tools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Written communication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Education and certificates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Course or degree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Institution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Year</w:t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Recommendations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[Ask managers, customers or colleagues from the last few years. Tell each one which work you did together and which result they should highlight: a specific recommendation is worth far more than a courtesy one.]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Who you will ask for a recommendation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What you will remind them of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Checklist before publishing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703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Block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Meets it? (Yes / No)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Sober photo and background, no filters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Headline with sector words, no empty phrases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Summary with at least one concrete result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Positions with real dates and no long gaps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At least ten skills ordered from strongest to weakest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703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City and contact details up to date</w:t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PREPARED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REVIEWED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LinkedIn profile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Perfil profesional para LinkedIn</dc:title>
  <dc:subject>Hoja de trabajo para armar el perfil de LinkedIn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