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INSTRUÇÃO DE TRABALHO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passo a passo de uma tarefa: como se faz, com o quê, o que se confere e o que fazer se algo sair mal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instrução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Posto de trabalho ou tarefa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pela instrução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Aprovado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aprovação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Substitui a versão 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da instrução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[Uma frase: qual tarefa esta instrução deixa bem feita e por que vale a pena tê-la por escrito.]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a que posto, equipe ou turno se aplica, em que unidade, e a partir de quando vigora. Se houver uma tarefa parecida que NÃO cobre, mencione-a.]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Dados e materiais utilizados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Dado ou material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serve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onde vem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Equipamentos e equipamentos de proteção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ou equipamento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serve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verifica que está em bom estado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Passos da tarefa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Passo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faz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 de controle (o que deve estar certo ao terminar o passo)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fazer se algo sair mal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 que não se deve fazer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[Ações que quebram a tarefa ou colocam alguém em risco]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[Mudanças de método não autorizadas]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equipamentos sem a verificação prévia]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 que fazer em caso de emergência ou desvio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 quem avisar de imediato e por qual meio]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[Como interromper a tarefa de forma segura]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[Onde está o ponto de encontro e os itens de primeiros socorros]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Registros que esta instrução gera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preenche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é arquivado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quanto tempo é guardado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Aprovação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Ao ser aprovada, esta versão substitui a anterior. A instrução é revisada quando o equipamento, o método ou a tarefa mudam, e a alteração é registrada na tabela de controle do documento.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TRABALHADOR QUE RECEBE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Instrução de trabalho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Instructivo de trabajo</dc:title>
  <dc:subject>Instructivo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