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quien pueda interesar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recomendación personal de [nombre del recomendado]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quien pueda interesar: conozco a [nombre completo del recomendado], identificado(a) con [documento], desde hace [número] años, en calidad de [cómo lo conoce: profesor, jefe, colega, líder de grupo].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recomendado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Relación con el recomendado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Durante ese tiempo he podido observar [dos o tres cualidades con un ejemplo concreto: cumplimiento, responsabilidad, trato con las personas, iniciativa].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lo anterior, recomiendo a [nombre del recomendado] para [cargo, estudio o trámite] y manifiesto que puede contar conmigo para confirmar esta recomendación si lo consideran necesario.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Firmo en [ciudad], el [fecha], a solicitud del interesado.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 · [Empresa o institución]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[archivo del recomendado]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recomendación personal debe ser concreta y verificable. El firmante responde por lo que afirma, así que conviene escribir solo lo que pueda sostener.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quien recomienda] · Recomendación personal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personal</dc:title>
  <dc:subject>Carta de recomendación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