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LISTA DE ASISTENCIA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firmado de quiénes asistieron a una actividad, con sus datos y su firma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actividad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la actividad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o modalidad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Facilitador o quien dirige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Registro de asistencia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 completo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o área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Resumen de asistencia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Asistentes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Ausentes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Porcentaje de asistencia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real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Compromisos y conclusiones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lo que quedó definido al final de la actividad: compromisos, responsables y fechas. Si no hubo, deje la constancia de que la actividad fue informativa.]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 LA LISTA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persona firma únicamente su casilla. Si alguien firma por otra, se deja constancia en la columna de observación con el nombre de quien firmó; los espacios sin firma no se pueden borrar ni dejar sueltos: se marcan con una línea.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Lista de asistencia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</dc:title>
  <dc:subject>Lista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