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DECLARAÇÃO DE TRABALHO</w:t>
      </w:r>
    </w:p>
    <w:p>
      <w:pPr>
        <w:spacing w:after="120"/>
        <w:pBdr>
          <w:bottom w:val="single" w:sz="6" w:space="4" w:color="A6A6A6"/>
        </w:pBdr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quem possa interessar: [Nome da empresa], identificada com [CNPJ], declara que [nome completo do trabalhador], portador(a) do documento [número], [trabalha atualmente / trabalhou] nesta empresa desde [data de admissão] [até [data de desligamento]], exercendo o cargo de [cargo].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vínculo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ou departamento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vínculo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de admissão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de desligamento (se houver)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Atividades exercidas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Durante o vínculo, teve sob sua responsabilidade as seguintes atividades: [principais atividades do cargo].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Declaração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Emitida a pedido do interessado em [cidade], em [data].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do signatário] · [Cargo do signatário]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[prontuário do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Declare apenas fatos verificáveis do vínculo: cargo, datas, tipo de contrato e, se o trabalhador pedir, atividades e salário. Não inclua opiniões nem informações que possam prejudicá-lo.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Declaração de trabalho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laboral</dc:title>
  <dc:subject>Certificado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