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AUTORIZACIÓN PARA MENORES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Permiso escrito para que un menor viaje, participe en una actividad o reciba atención en una urgencia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menor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del menor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Colegio o institución (si aplica)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Quién autoriza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Parentesco o calidad (padre / madre / tutor legal)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Domicilio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 quién se autoriza a acompañar al menor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del acompañante o responsable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Relación con el menor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 del acompañante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Detalle del viaje o de la actividad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de salida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o lugar de destino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regreso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Medio de transporte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Dónde se va a alojar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Alcance de la autorización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1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Facultad que se otorga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¿Se autoriza? (Sí / No)</w:t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Viajar acompañado por la persona indicada en el punto 3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Participar en la actividad descrita y en las que de ella se deriven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Recibir atención médica de urgencia si se presenta una situación que lo requiera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Ser recogido por las personas indicadas en el punto 6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Salir del país únicamente en las fechas autorizadas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Datos de contacto durante el viaje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y teléfono de contacto 1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y teléfono de contacto 2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Observaciones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aquí lo que haga falta: alergias o medicamentos que deba conocer el responsable, autorizaciones especiales, personas que no pueden recoger al menor.]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Vigencia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autorización es válida únicamente para el viaje o la actividad descrita en el punto 4, dentro de las fechas indicadas.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AUTORIZA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RECIBE LA AUTORIZACIÓN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Aviso importante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[Este formato es una guía general de uso interno. Si el viaje cruza una frontera o la autoridad exige requisitos propios, revise con su asesor qué formalidades adicionales hacen falta (por ejemplo, legalización o apostilla). Este documento no es asesoría legal.]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quien autoriza] · Autorización para menores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menores</dc:title>
  <dc:subject>Permiso de viaje o de actividad para un menor de edad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