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CONSENTIMIENTO INFORMADO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Deja por escrito que la persona entendió qué se le va a hacer, qué riesgos tiene y que decide libremente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[TC-___]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 la persona que otorga el consentimiento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nacimiento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Correo electrónico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Dirección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Si es menor de edad o no puede firmar: nombre del representante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del representante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Parentesco o calidad en que actúa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Datos de quien informa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de quien informa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 o profesión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Lugar donde se realiza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prevista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Qué se le va a hacer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del procedimiento, examen, tratamiento o actividad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[Explique en palabras sencillas en qué consiste, cuánto dura y qué se espera de la persona durante el procedimiento. Sin tecnicismos.]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Para qué sirve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[Explique el propósito: qué se busca, qué información se obtiene y qué se hará con ella. Si es con fines de investigación, dígalo con claridad.]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Beneficios esperados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[Describa qué beneficio puede obtener la persona y, si no hay beneficio directo, dígalo expresamente.]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Riesgos y molestias posibles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Riesgo o molestia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tan probable es</w:t>
            </w:r>
          </w:p>
        </w:tc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se hace si ocurre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[Molestia o dolor leve]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[Poco probable]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[Se suspende y se atiende de inmediato]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[Reacción o efecto no deseado]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[Poco frecuente]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[Se aplica el manejo previsto]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[Información que resulte incómoda]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[Posible]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[Se puede omitir sin explicar por qué]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Alternativas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[Diga qué otras opciones existen, incluida la de no realizarlo, y qué implica elegir cada una.]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Voluntariedad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Se me ha explicado que participar es voluntario, que puedo negarme sin consecuencias y que puedo retirarme en cualquier momento sin que eso afecte la atención que recibo.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Confidencialidad y datos personales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[Indique quién verá la información, para qué se usará, cuánto tiempo se conserva y cómo se protegen los datos. Autoricé el tratamiento de mis datos para las finalidades explicadas.]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Responsabilidades de la persona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[Anote qué debe hacer o evitar la persona antes, durante y después: llegar en ayunas, no conducir, avisar si siente algo, seguir las indicaciones entregadas.]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11. Declaración de comprensión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Declaro que me explicaron el procedimiento en un lenguaje que entiendo, que pude hacer preguntas y que todas fueron respondidas, y que firmo este documento de forma libre e informada.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12. Preguntas antes de firmar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76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Pregunta que hice</w:t>
            </w:r>
          </w:p>
        </w:tc>
        <w:tc>
          <w:tcPr>
            <w:tcW w:type="dxa" w:w="4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Respuesta que recibí</w:t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13. Autorización y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Decisión (autorizo / no autorizo)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FIRMA DE QUIEN AUTORIZA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documento y firma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REPRESENTANTE LEGAL (si aplica)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documento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TESTIGO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documento y firma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INFORMA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14. Revocatoria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[Indique cómo la persona puede retirar este consentimiento después de firmarlo: a quién avisa, por qué medio y qué ocurre con la información ya obtenida.]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es un modelo general de uso interno. No es asesoría legal: antes de usarlo, revíselo con su asesor o contador y ajústelo a las reglas que le apliquen.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Consentimiento informado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Consentimiento informado</dc:title>
  <dc:subject>Formato de consentimiento informado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