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VISITA E SUPERVISÃO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da visita, dos achados e dos compromissos acordados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[VS-___]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pela visita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visita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reunião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da visita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Empresa ou pessoa visitada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Pessoa que atendeu a visita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Pessoas que participaram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Itens verificados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verificado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Atende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Documentação e registros exigidos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Instalações e condições de armazenagem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Estado e qualidade do produto ou serviço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Cumprimento de entregas e prazos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Segurança e saúde do pessoal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Limpeza, ordem e controle de pragas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Achados e observações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Achado ou observação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Classificação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 requerida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Compromissos acordados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ata registra o que foi verificado e os compromissos acordados na visita. É assinada por quem participou e uma cópia é entregue à parte visitada quando a visita se refere a um fornecedor ou a um terceiro.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Visita e supervisão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visita y supervisión</dc:title>
  <dc:subject>Acta de visita y supervisión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