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PROYECTO DE INVESTIGACIÓN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Pregunta, método, etapas y entregables de un trabajo de investigación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[PY-___]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proyecto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Título del proyecto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Autor o autores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línea de investigación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Docente asesor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estimada de cierre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Pregunta o hipótesis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[Una sola pregunta, que se pueda responder con datos y que no se conteste con un sí o un no.]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Contenido o tema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Objetivos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[Un objetivo general y entre dos y cuatro específicos. Cada específico tiene que poder rastrearse hasta un resultado del trabajo.]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51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Observaciones</w:t>
            </w:r>
          </w:p>
        </w:tc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</w:tr>
      <w:tr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Justificación y alcance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[Una sola pregunta, que se pueda responder con datos y que no se conteste con un sí o un no.]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Antecedentes y referencias de partida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Autor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Año</w:t>
            </w:r>
          </w:p>
        </w:tc>
        <w:tc>
          <w:tcPr>
            <w:tcW w:type="dxa" w:w="60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Dato o cita que se toma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Método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Etapa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se hace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se necesita</w:t>
            </w:r>
          </w:p>
        </w:tc>
        <w:tc>
          <w:tcPr>
            <w:tcW w:type="dxa" w:w="102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Tiempo estimado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Cronograma por etapas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Fase</w:t>
            </w:r>
          </w:p>
        </w:tc>
        <w:tc>
          <w:tcPr>
            <w:tcW w:type="dxa" w:w="7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1</w:t>
            </w:r>
          </w:p>
        </w:tc>
        <w:tc>
          <w:tcPr>
            <w:tcW w:type="dxa" w:w="7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2</w:t>
            </w:r>
          </w:p>
        </w:tc>
        <w:tc>
          <w:tcPr>
            <w:tcW w:type="dxa" w:w="7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3</w:t>
            </w:r>
          </w:p>
        </w:tc>
        <w:tc>
          <w:tcPr>
            <w:tcW w:type="dxa" w:w="7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4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Producto o entregable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Revisión de antecedentes</w:t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Diseño del método</w:t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Trabajo de campo o recolección</w:t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Análisis de los datos</w:t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Redacción y revisión final</w:t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7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Resultados esperados y forma de presentarlos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19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 esperado</w:t>
            </w:r>
          </w:p>
        </w:tc>
        <w:tc>
          <w:tcPr>
            <w:tcW w:type="dxa" w:w="544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presenta</w:t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Recursos y riesgos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Riesgo</w:t>
            </w:r>
          </w:p>
        </w:tc>
        <w:tc>
          <w:tcPr>
            <w:tcW w:type="dxa" w:w="60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se hará si ocurre</w:t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AUTOR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DOCENTE ASESOR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institución] · Proyecto de investigación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investigación</dc:title>
  <dc:subject>Proyecto de investigación por etapas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