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[APPLICANT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[Address · 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 · Email]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MOTIVATION LETTER</w:t>
      </w:r>
    </w:p>
    <w:p>
      <w:pPr>
        <w:spacing w:after="120"/>
        <w:pBdr>
          <w:bottom w:val="single" w:sz="6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Dear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[NAME OF THE HIRING PERSON]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[Position: hiring manager or HR]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[Company name]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[City]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Application for the position of [job title]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[First paragraph: say who you are, which position you are applying for and in one sentence why you fit. No long stories: a recruiter reads this in thirty seconds.]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What I can bring to the role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[Concrete experience: where, for how long and in what kind of operation]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[One measurable result you achieved before]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[Tools or knowledge you handle that the role requires]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[Something you learned from a mistake or a difficult project]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Why this company interests me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what you know about this company and why that reason interests you specifically. If you researched something about its operation, mention it: that is what sets this letter apart from a template.]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Availability and closing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when you can start, whether you are available for the hours or travel required and how you prefer to be contacted. Close by thanking them for reading.]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Sincerely,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[APPLICANT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[Email]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[Professional profile or link]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Attachments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[Resume, study or work certificates, portfolio: list only what you enclose.]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[Applicant name] · Motivation letter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motivación</dc:title>
  <dc:subject>Carta de motivación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