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PERFIL PROFISSIONAL PARA LINKEDIN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Título, resumo e experiência escritos com as palavras que o recrutador realmente busca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[LK-___]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Versão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Responsável pelo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Dados do perfil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Nome e sobrenome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Cargo ou atividade atual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Cidade e país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Área ou setor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Anos de experiência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 de atualização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Título do perfil (uma linha)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[O título é a primeira coisa que se lê. Use a fórmula: o que faz + em que é especialista + para quem ou com que resultado. Exemplo: «Assistente contábil | faturamento e carteira | pequenos comércios».]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Título proposto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Títulos de exemplo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260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Área</w:t>
            </w:r>
          </w:p>
        </w:tc>
        <w:tc>
          <w:tcPr>
            <w:tcW w:type="dxa" w:w="7030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Título que funciona</w:t>
            </w:r>
          </w:p>
        </w:tc>
      </w:tr>
      <w:tr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Vendas</w:t>
            </w:r>
          </w:p>
        </w:tc>
        <w:tc>
          <w:tcPr>
            <w:tcW w:type="dxa" w:w="703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Consultor de vendas | varejo | metas e carteira de clientes</w:t>
            </w:r>
          </w:p>
        </w:tc>
      </w:tr>
      <w:tr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Depósito</w:t>
            </w:r>
          </w:p>
        </w:tc>
        <w:tc>
          <w:tcPr>
            <w:tcW w:type="dxa" w:w="703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Auxiliar de depósito | estoque e expedição | controle de ficha de estoque</w:t>
            </w:r>
          </w:p>
        </w:tc>
      </w:tr>
      <w:tr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Contabilidade</w:t>
            </w:r>
          </w:p>
        </w:tc>
        <w:tc>
          <w:tcPr>
            <w:tcW w:type="dxa" w:w="703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Assistente contábil | faturamento e carteira | pequenos comércios</w:t>
            </w:r>
          </w:p>
        </w:tc>
      </w:tr>
      <w:tr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Operações</w:t>
            </w:r>
          </w:p>
        </w:tc>
        <w:tc>
          <w:tcPr>
            <w:tcW w:type="dxa" w:w="703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Supervisor de turno | produção e qualidade | indicadores e segurança</w:t>
            </w:r>
          </w:p>
        </w:tc>
      </w:tr>
      <w:tr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Tecnologia</w:t>
            </w:r>
          </w:p>
        </w:tc>
        <w:tc>
          <w:tcPr>
            <w:tcW w:type="dxa" w:w="703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Suporte técnico | redes e equipamentos | pequenas empresas</w:t>
            </w:r>
          </w:p>
        </w:tc>
      </w:tr>
      <w:tr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Comércio próprio</w:t>
            </w:r>
          </w:p>
        </w:tc>
        <w:tc>
          <w:tcPr>
            <w:tcW w:type="dxa" w:w="703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Dono de loja | compras e preços | margem por produto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Sobre (resumo de quatro parágrafos)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[Parágrafo 1: o que faz hoje e há quantos anos. Uma frase, sem adjetivos.]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[Parágrafo 2: no que é bom, com um exemplo concreto com número ou resultado.]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[Parágrafo 3: com quais ferramentas ou áreas trabalha melhor.]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[Parágrafo 4: o que busca e como podem entrar em contato.]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Experiência por cargo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38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Cargo</w:t>
            </w:r>
          </w:p>
        </w:tc>
        <w:tc>
          <w:tcPr>
            <w:tcW w:type="dxa" w:w="238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Empresa</w:t>
            </w:r>
          </w:p>
        </w:tc>
        <w:tc>
          <w:tcPr>
            <w:tcW w:type="dxa" w:w="147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Período</w:t>
            </w:r>
          </w:p>
        </w:tc>
        <w:tc>
          <w:tcPr>
            <w:tcW w:type="dxa" w:w="340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 que conquistou (com número quando possível)</w:t>
            </w:r>
          </w:p>
        </w:tc>
      </w:tr>
      <w:tr>
        <w:tc>
          <w:tcPr>
            <w:tcW w:type="dxa" w:w="238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38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38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38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38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38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38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38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Competências (as dez primeiras aparecem no perfil)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56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N.º</w:t>
            </w:r>
          </w:p>
        </w:tc>
        <w:tc>
          <w:tcPr>
            <w:tcW w:type="dxa" w:w="340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Competência ou ferramenta</w:t>
            </w:r>
          </w:p>
        </w:tc>
        <w:tc>
          <w:tcPr>
            <w:tcW w:type="dxa" w:w="226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Nível</w:t>
            </w:r>
          </w:p>
        </w:tc>
        <w:tc>
          <w:tcPr>
            <w:tcW w:type="dxa" w:w="340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Como pode ser comprovado</w:t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1</w:t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Planilhas eletrônicas</w:t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2</w:t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Controle de estoque e ficha de estoque</w:t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3</w:t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Atendimento ao cliente</w:t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4</w:t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Faturamento e cobrança</w:t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5</w:t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Trabalho em equipe</w:t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6</w:t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Cumprimento de metas</w:t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7</w:t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Manejo de caixa e acertos</w:t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8</w:t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Organização e arquivo</w:t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9</w:t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Ferramentas de escritório</w:t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10</w:t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Comunicação escrita</w:t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Formação e certificações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43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Curso ou formação</w:t>
            </w:r>
          </w:p>
        </w:tc>
        <w:tc>
          <w:tcPr>
            <w:tcW w:type="dxa" w:w="36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Instituição</w:t>
            </w:r>
          </w:p>
        </w:tc>
        <w:tc>
          <w:tcPr>
            <w:tcW w:type="dxa" w:w="170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Ano</w:t>
            </w:r>
          </w:p>
        </w:tc>
      </w:tr>
      <w:tr>
        <w:tc>
          <w:tcPr>
            <w:tcW w:type="dxa" w:w="43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3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3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Recomendações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[Peça recomendações a gestores, clientes ou colegas dos últimos anos. Diga a cada um qual trabalho fizeram juntos e qual resultado deve destacar: uma recomendação concreta vale muito mais do que uma de cortesia.]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 quem vai pedir recomendação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O que vai lembrar a essa pessoa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9. Lista de verificação antes de publicar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56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N.º</w:t>
            </w:r>
          </w:p>
        </w:tc>
        <w:tc>
          <w:tcPr>
            <w:tcW w:type="dxa" w:w="7030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Bloco</w:t>
            </w:r>
          </w:p>
        </w:tc>
        <w:tc>
          <w:tcPr>
            <w:tcW w:type="dxa" w:w="204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Atende? (Sim / Não)</w:t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1</w:t>
            </w:r>
          </w:p>
        </w:tc>
        <w:tc>
          <w:tcPr>
            <w:tcW w:type="dxa" w:w="703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Foto e fundo sóbrios, sem filtros</w:t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2</w:t>
            </w:r>
          </w:p>
        </w:tc>
        <w:tc>
          <w:tcPr>
            <w:tcW w:type="dxa" w:w="703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Título com palavras do setor, sem frases vazias</w:t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3</w:t>
            </w:r>
          </w:p>
        </w:tc>
        <w:tc>
          <w:tcPr>
            <w:tcW w:type="dxa" w:w="703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Resumo com pelo menos um resultado concreto</w:t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4</w:t>
            </w:r>
          </w:p>
        </w:tc>
        <w:tc>
          <w:tcPr>
            <w:tcW w:type="dxa" w:w="703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Cargos com datas reais e sem lacunas longas</w:t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5</w:t>
            </w:r>
          </w:p>
        </w:tc>
        <w:tc>
          <w:tcPr>
            <w:tcW w:type="dxa" w:w="703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Pelo menos dez competências ordenadas da mais forte à mais fraca</w:t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6</w:t>
            </w:r>
          </w:p>
        </w:tc>
        <w:tc>
          <w:tcPr>
            <w:tcW w:type="dxa" w:w="703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Cidade e meio de contato atualizados</w:t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Assinaturas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ELABORADO POR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Nome e assinatura</w:t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REVISADO POR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Nome e assinatura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Depois de assinado, arquive este documento com os anexos na pasta da área. Guarde uma via para cada parte que assina.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[Nome da empresa] · Perfil para LinkedIn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Perfil profesional para LinkedIn</dc:title>
  <dc:subject>Hoja de trabajo para armar el perfil de LinkedIn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