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CUIDADOS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Necessidades, objetivos, cuidados com sua frequência e vigilância de sinais de alarme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[CU-___]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paciente e período do plano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Plano de saúde ou convênio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Serviço ou setor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coberto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Responsável e equipe que cuida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Equipe que participa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Turno ou jornada em que é aplicado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Necessidades ou problemas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Necessidade ou problema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Problema identificado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Prioridade (alta / média / baixa)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Objetivos por problema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Problema identificado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prevista para alcançar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Cuidados e intervenções com frequência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faz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 que frequência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Vigilância de sinais de alarme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Sinal de alarme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fazer se aparecer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é avisado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[Alteração do nível de consciência]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[Dificuldade para respirar]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[Febre que não cede]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[Dor que aumenta ou não cede]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Avaliação do avanço e data de revisão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Avaliação do avanço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revisão do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Ajustes no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[Espaço para o que muda de um turno para o outro, o que o paciente ou a família pede e o que fica pendente para o próximo responsável.]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RESPONSÁVEL PELO PLANO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REVISA O PLANO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modelo é um guia de uso interno e não substitui o critério do profissional nem o prontuário oficial; antes de usar, revise-o e ajuste-o à normativa sanitária do país onde o atendimento é feito.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cuidados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cuidados</dc:title>
  <dc:subject>Plan de cuidados con objetivos, intervenciones y signos de alarma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