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 O DEL OTORGANTE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PODER NOTARIAL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Poder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[PD-___]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quien otorga el poder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 quien lo recibe (apoderado)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Tipo de poder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(general / especial para un asunto determinado)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Asunto específico (si el poder es especial)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Facultades que se otorgan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[Administrar bienes y celebrar contratos relacionados con el asunto autorizado]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[Representar ante entidades públicas y privadas, y presentar y retirar documentos]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[Cobrar, recibir pagos y otorgar recibos]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[Firmar contratos, actas, escrituras y cualquier documento necesario]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[Presentar solicitudes, recursos y respuestas en trámites administrativos]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[Contratar y dirigir al personal necesario para el asunto autorizado]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Facultades que se excluyen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[Vender, hipotecar o dar en garantía bienes del otorgante]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[Comprometer al otorgante en operaciones distintas de las autorizadas]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[Delegar el poder en otra persona]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Límite de cuantía autorizado (si aplica)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Vigencia y revocatoria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Vigencia (desde / hasta o mientras dure el asunto)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y ante quién se puede revocar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Aceptación del apoderado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apoderado declara que acepta el poder, que ejercerá las facultades que se le otorgan en beneficio del otorgante, que le rendirá cuentas de lo actuado y que informará de inmediato cualquier impedimento para actuar.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Declaración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otorgante declara que este poder es un texto base para presentar ante notaría: las facultades, su extensión y la forma de otorgarlo deben revisarse con su asesor antes de firmarlo.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QUIEN OTORGA EL PODER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APODERADO (aceptación)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Poder notarial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notarial</dc:title>
  <dc:subject>Poder notarial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