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[Área de Talento Humano]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Attn.: [Name and position]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acceptance of the job offer for the position of [position]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for the job offer for the position of [position], which I received on [date]. I accept the offer on the agreed terms, which I summarise below.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Terms accepted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 the offer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Position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Start date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Contract type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Remuneration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Working hours and mode of work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confirm that I can start on [date] and that I have the required documentation: [documents you must provide]. Please let me know if anything else is needed.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[If you are declining the offer, replace this letter with a thank-you and declination: thank them for the offer, briefly explain that you will not continue in the process and leave the door open.]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[my personal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Keep a copy of this letter and of the offer sent by the company: they record the terms agreed before you sign the contract.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Offer acceptance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aceptación de oferta de trabajo</dc:title>
  <dc:subject>Carta de aceptación de oferta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