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DESCRIPCIÓN DE CARGO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Identificación del cargo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departamento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Jefe inmediato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Personal a 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Sede o ubicación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del cargo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en dos o tres líneas para qué existe el cargo: qué resultado debe producir y a quién le responde.]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Funciones esenciales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[Función 1: verbo, objeto y resultado esperado]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[Función 2]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[Función 3]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[Función 4]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[Función 5]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[Función 6]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Requisitos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Detalle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Formación académica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Experiencia requerida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Conocimientos técnicos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Competencias y habilidades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Otros requisitos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Responsabilidades de seguridad y salud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[Cumplir los procedimientos de seguridad y salud del área]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[Reportar condiciones o actos inseguros]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[Usar los elementos de protección personal entregados]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Indicadores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Frecuencia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Fuente del dato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[hoja de vida del colaborador] · [archivo del área]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La descripción de cargo se actualiza cuando cambian las funciones, el equipo o la organización: una ficha desactualizada hace que la evaluación de desempeño y la selección se midan contra algo que ya no existe.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Descripción de cargo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Descripción de cargo</dc:title>
  <dc:subject>Descripción de cargo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