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LISTA DE VERIFICACIÓN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Recorrido punto por punto para revisar un proceso, un área o una actividad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verificación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 verificado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verifica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verificación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o puesto verificado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Frecuencia (diaria / semanal / mensual / por evento)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(autocontrol / verificación interna / visita)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Criterio de la verificación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contra qué verifica: el procedimiento interno, la ficha del proceso, el instructivo del puesto o el estándar acordado con el cliente. Si no existe, esta lista puede servir para construirlo.]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Puntos a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a verificar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Cumple (Sí / No / No aplica)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revisada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Documentación y registros del área al día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Condiciones de seguridad del puesto de trabajo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Orden y aseo del área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Equipos, herramientas y maquinaria en funcionamiento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Insumos y material suficiente para la operación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Señalización visible y en buen estado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Producto o servicio conforme con lo pactado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del procedimiento vigente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Registros firmados por quien corresponde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Fechas y vencimientos vigentes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Accesos, llaves y claves bajo control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Acciones de la verificación anterior ya cerradas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Resumen del resultado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Puntos verificados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Puntos conformes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Puntos no conformes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Puntos no aplicables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 general (conforme / conforme con observaciones / no conforme)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Acciones requeridas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requerida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aquí lo que no cabe en la tabla: causas, comentarios del área y acuerdos verbales.]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VERIFICA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 O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punto se marca una sola vez. Si un punto no aplica, márquelo como tal y explique por qué en la observación: así la lista queda cerrada y no se puede confundir con un punto sin revisar.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Lista de verificación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</dc:title>
  <dc:subject>Lista de verificación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