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CURRÍCULO POR PROFISSÃO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A mesma estrutura, com as palavras e competências que cada tipo de vaga exige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e vaga pretendida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e sobrenome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Vaga pretendida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a que se candidata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Cidade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Telefone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Como montar conforme a área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[Escolha sua linha na tabela abaixo e use essas palavras. A ordem do documento também muda: se sua experiência pesa mais que os estudos, a experiência vem primeiro; se acabou de se formar, primeiro a formação e os trabalhos práticos.]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Palavras que o recrutador busca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vem primeiro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Vendas e atendimento ao cliente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vendas, metas, carteira, pós-venda, manejo de caixa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 primeiro: é o seu cartão de visita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Depósito e logística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estoque, ficha de estoque, separação, expedição, recebimento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 primeiro: o recrutador procura ferramentas concretas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Administração e contabilidade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faturamento, carteira, conciliação, folha, arquivo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Formação primeiro se acabou de se formar; caso contrário, experiência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Operações e produção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turnos, qualidade, indicadores, segurança e saúde no trabalho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 primeiro, com indicadores e segurança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Tecnologia e sistemas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suporte, redes, bancos de dados, automação de tarefas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Projetos e certificações primeiro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Comércio e empreendedorismo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compras, fornecedores, preços, margem, exposição de produto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Experiência primeiro, com margem e fornecedores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Perfil para a vaga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[Escreva de três a cinco linhas: cargo, anos de experiência, a área específica em que é forte e um resultado com número. Mude para cada vaga: o mesmo perfil não serve para dois cargos diferentes.]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Experiência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Período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 ou responsabilidade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Formação e cursos da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Curso ou formação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Instituição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Ano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Competências técnicas da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Competência ou ferramenta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Nível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 que comprova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Resultados com números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 que conquistou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Como mediu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O que revisar antes de enviar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 a revisar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quê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perfil menciona a vaga pretendida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Nota-se quando é uma carta genérica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Há pelo menos um resultado com número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Diferencia quem fez de quem apenas esteve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Cargos e datas coincidem com o verificável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Confere-se na referência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 competências são da área, não uma lista de desejos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recrutador filtra por palavras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Nome, telefone e e-mail bem escritos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Um erro aqui deixa você fora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Cabe em uma página (duas no máximo)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Ninguém lê quatro páginas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REVISADO POR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Currículo por profissão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por profesión</dc:title>
  <dc:subject>Formato de hoja de vida según el área o la profesión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