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PESQUISA DE SATISFAÇÃO DO CLIENTE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Perguntas curtas para saber o que o cliente pensa e o que será corrigido com as respostas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pesquisa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Pesquisa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pela pesquisa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(presencial / telefone / e-mail / on-line)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coberto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Apresentação para o cliente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duas ou três linhas: quem faz a pesquisa, para que é usada, quanto tempo leva para responder e que não existem respostas certas ou erradas.]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Instruções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a escala: 1 é muito ruim e 5 é muito bom; marque uma única opção por pergunta; se a pergunta não se aplica, marque essa opção.]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Dados do cliente (opcional)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 ou e-mail (opcional, só se autorizar o contato)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cliente (novo / recorrente /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Há quanto tempo compra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Perguntas de avaliação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 · 2 · 3 · 4 · 5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Não se aplica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recebido ao chegar ou ao ligar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Clareza dos preços e das condições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Tempo de espera para ser atendido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Variedade e disponibilidade dos produtos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Estado ou qualidade do que recebeu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da data de entrega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Facilidade para trocar ou devolver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Resposta quando houve um problema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Informação recebida sobre o produto ou serviço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Impressão geral do negócio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Perguntas abertas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de resposta livre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do cliente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foi melhor na sua experiência?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fez você perder tempo ou incomodou?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Sentiu falta de algo no nosso negócio?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Recomendação e comentário final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Você recomendaria o negócio para outra pessoa? (Sim / Não / Não sei)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Por quê?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deveríamos melhorar primeiro?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Autorização de dados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Autorizo o tratamento dos meus dados pessoais para as finalidades desta pesquisa e para que o negócio entre em contato sobre a minha resposta.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Assinatura do cliente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Tabulação e plano de 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Média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as respostas mostram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a tomar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Fechamento interno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tabula e analisa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análise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RESPONSÁVEL PELA PESQUISA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APROVOU O PLANO DE AÇÃO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Pesquisa de satisfação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de satisfacción del cliente</dc:title>
  <dc:subject>Encuesta de satisfacción y 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