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CONTRATO DE PRESTAÇÃO DE SERVIÇOS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[Contratante]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[Contratista]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contratado se obriga a prestar ao contratante os seguintes serviços profissionais: [descrição concreta do serviço], com autonomia técnica e administrativa e com seus próprios meios.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Escopo e entregáveis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Entregável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Descrição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Honorários e forma de pagamento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Os honorários acordados são [valor] [moeda], pagos [contra entrega do relatório / em parcelas mensais] mediante [nota fiscal ou fatura] na conta [número]. As despesas previamente autorizadas são reembolsadas à parte.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Prazo e local de execução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término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 de execução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Dedicação estimada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Independência do contratado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contratado presta o serviço com seus próprios meios e pessoal, assume suas obrigações perante terceiros e não está sujeito a jornada, subordinação nem instruções além das necessárias para coordenar o resultado. Esta colaboração não gera vínculo empregatício entre as partes.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Confidencialidade e propriedade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contratado manterá em sigilo as informações da empresa e entregará ao final todos os documentos e produtos do serviço. Os entregáveis pertencem ao contratante após o pagamento.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Rescisão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Qualquer das partes pode rescindir este contrato com aviso por escrito de [número] dias de antecedência; nesse caso serão pagos os serviços efetivamente prestados até a data de término.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[contabilidade] · [arquivo do contratado]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é uma orientação geral e não constitui assessoria jurídica. Antes de assinar, revise-o com seu assessor para adaptá-lo à sua operação e ao seu país.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Documente a autonomia do contratado (vários clientes, ferramentas próprias, faturamento próprio): é o que sustenta a natureza civil do contrato. Revise-o com seu assessor antes de assinar.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Prestação de serviços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prestación de servicios</dc:title>
  <dc:subject>Contrato de prestación de servicios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