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[COMPANY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[Company ID] · [Address] · [City]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[Phone] · [Email] · [Website]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To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del cliente]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Atn.: [Nombre del contacto]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[Address]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[City]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price update effective [date]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Dear Sir or Madam,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We write to inform you that our price list will be updated from [date]. The adjustment is due to [higher raw material, transport or exchange rate costs] over the last [number] months.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The change applies to [the product lines listed]. Orders confirmed before [date] will be invoiced at the current list price.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Updated price 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Product or service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Unit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Current price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New price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Effective from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We are keeping unchanged [terms that do not change: volume discounts, payment terms, delivery conditions].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If you would like to review the impact of this adjustment on your operation, we can arrange a [duration] meeting with your team. Thank you for your trust and for working with us during this period.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Yours faithfully,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[Full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[Position]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[Company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[Phone] · [Email]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Copy: [sales area] · [accounts receivable]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Price update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ajuste de precios</dc:title>
  <dc:subject>Carta de ajuste de precios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