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PROJETO DE PESQUISA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Pergunta, método, etapas e entregas de um trabalho de pesquisa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[PY-___]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projeto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do projeto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 ou autores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linha de pesquisa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Professor orientador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estimada de conclusão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Pergunta ou hipótese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[Uma única pergunta, que se possa responder com dados e que não se responda com um sim ou um não.]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Conteúdo ou tema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Objetivos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 objetivo geral e de dois a quatro específicos. Cada específico deve poder ser rastreado até um resultado do trabalho.]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Justificativa e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[Uma única pergunta, que se possa responder com dados e que não se responda com um sim ou um não.]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Antecedentes e referências iniciais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Dado ou citação usada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Método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Etapa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se faz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é necessário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Tempo estimado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Cronograma por etapas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 ou entrega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Revisão de antecedentes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Desenho do método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Trabalho de campo ou coleta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Análise dos dados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Redação e revisão final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Resultados esperados e forma de apresentação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esperado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apresentado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Recursos e riscos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fazer se acontecer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PROFESSOR ORIENTADOR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Projeto de pesquisa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investigación</dc:title>
  <dc:subject>Proyecto de investigación por etapas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