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MEMORANDO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Assunto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after="120"/>
        <w:pBdr>
          <w:bottom w:val="single" w:sz="8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Antecedentes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fato ou a situação que origina este memorando, com datas e documentos de referência].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o que ocorreu, quando e quem participou. Seja objetivo e evite julgamentos pessoais].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Instrução ou solicitação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Diante do exposto, solicito [a ação concreta esperada: corrigir, entregar, informar, adotar uma medida]. Esta instrução vale a partir de [data].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[Ação 1 com prazo]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[Ação 2 com prazo]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quem reportar o cumprimento]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[Recursos Humanos] · [pasta da área]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Documento de comunicação interna. Os memorandos são protocolados com numeração sequencial e uma cópia é arquivada em [prontuário do colaborador / pasta da área].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Memorando interno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interno</dc:title>
  <dc:subject>Memorando interno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