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[NOME DO CANDIDATO]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[Endereço · Cidade]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[Telefone · E-mail]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5"/>
        </w:rPr>
        <w:t>CARTA DE MOTIVAÇÃO</w:t>
      </w:r>
    </w:p>
    <w:p>
      <w:pPr>
        <w:spacing w:after="120"/>
        <w:pBdr>
          <w:bottom w:val="single" w:sz="6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Senhor(a)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DE QUEM CONTRATA]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[Cargo: gestor da área ou RH]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[Nome da empresa]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[Cidade]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Candidatura ao cargo de [nome do 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Prezado(a) senhor(a):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[Primeiro parágrafo: diga quem você é, qual cargo busca e em uma frase por que se encaixa. Sem histórias longas: o recrutador lê isto em trinta segundos.]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O que posso trazer para o cargo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[Experiência concreta: onde, por quanto tempo e em que tipo de operação]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[Um resultado mensurável que você alcançou antes]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[Ferramentas ou conhecimentos que você domina e que o cargo exige]</w:t>
      </w:r>
    </w:p>
    <w:p>
      <w:pPr>
        <w:pStyle w:val="ListBullet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[Algo que você aprendeu com um erro ou com um projeto difícil]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Por que esta empresa me interessa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[Explique o que você sabe desta empresa e por que esse motivo lhe interessa em concreto. Se pesquisou algo sobre a operação dela, mencione: é o que diferencia esta carta de um formulário.]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Disponibilidade e fechamento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[Diga quando pode começar, se tem disponibilidade para os horários ou viagens exigidos e como prefere ser contatado. Encerre agradecendo a leitura.]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DO CANDIDATO]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[Telefone]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[E-mail]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[Perfil profissional ou link]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Anexos</w:t>
      </w:r>
    </w:p>
    <w:p>
      <w:r>
        <w:rPr>
          <w:rFonts w:ascii="Calibri" w:hAnsi="Calibri" w:cs="Calibri"/>
          <w:b w:val="0"/>
          <w:i/>
          <w:color w:val="262626"/>
          <w:sz w:val="20"/>
        </w:rPr>
        <w:t>[Currículo, certificados de estudo ou trabalho, portfólio: liste apenas o que anexa.]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[CM-___]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Carta de motivação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motivación</dc:title>
  <dc:subject>Carta de motivación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