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À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[Empresa destinatária]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A/C: [Nome e cargo]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[Endereço]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[Cidade]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cobrança de faturas vencidas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Prezados senhores,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Na qualidade de fornecedores de [produto ou serviço], informamos que, na data de hoje, permanecem sem pagamento as faturas relacionadas a seguir.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Faturas pendentes de pagamento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 da fatura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 de emissão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 de vencimento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Total pendente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[valor total]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pagamento está vencido há [número] dias. Pedimos confirmar a data em que fará o pagamento ou, se necessário, propor por escrito um acordo com parcelas e datas viáveis.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Se o pagamento já foi realizado, envie-nos o comprovante para atualizar nosso registro e encerrar esta comunicação.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Caso não recebamos resposta nos [número] dias seguintes à data desta carta, [suspenderemos as entregas pendentes / encaminharemos o caso à área de cobrança].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Atenciosamente,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[Nome da 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[Telefone] · [E-mail]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[área de cobrança] · [vendedor ou consultor comercial]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Modelo de gestão de carteira para uso interno. Verifique com seu assessor as condições do contrato e as etapas de cobrança antes de escalar o caso.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Carta de cobrança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cobro</dc:title>
  <dc:subject>Carta de cobro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