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APUNTES Y RESUMEN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Apuntes por bloques, resumen y repaso programado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sesión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Asignatura o materia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 dónde sale (clase / libro / video)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Referencia o capítulo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Cómo usar esta hoja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primero las ideas clave, no las frases completas. El resumen se escribe al terminar, con la hoja cerrada: si no puede resumirlo, todavía no lo entendió.]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Apuntes por bloques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Bloque o subtema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Ideas clave (palabras sueltas)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 o ejemplo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Resumen en cinco líneas o menos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 cinco líneas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Datos, fórmulas y definiciones que hay que recordar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680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Contenido o tema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80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Preguntas que quedaron abiertas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[Lo que no quedó claro se anota aquí y se pregunta en la próxima clase. Una duda anotada es una duda que se resuelve; una duda sin anotar se olvida.]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Cómo se conectan los conceptos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 relaciona con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qué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Repaso programado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[Un repaso corto a los dos días rinde más que releer todo la noche anterior. Anote la fecha y márquelo cuando lo haya hecho.]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del repaso</w:t>
            </w:r>
          </w:p>
        </w:tc>
        <w:tc>
          <w:tcPr>
            <w:tcW w:type="dxa" w:w="578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repasar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Hecho (Sí / No)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578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ESTUDIANTE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institución] · Apuntes y resumen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Apuntes y resumen</dc:title>
  <dc:subject>Apuntes por bloques con resumen y repaso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