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DECLARAÇÃO JURADA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Declaração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[DJ-___]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DE QUEM RECEBE]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[Órgão ou empresa]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Declaração jurada para [o assunto, em uma linha]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de quem declara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Declaração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Eu, abaixo assinado, declaro sob as penas do juramento que as informações a seguir são verdadeiras: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fato ou dado que declaro]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fato ou dado que declaro]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fato ou dado que declaro]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Para que serve esta declaração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Assunto ou procedimento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Apresentada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Uso que será dado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Documentos que sustentam a declaração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Compromisso de quem declara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conheço as consequências de prestar informação falsa, que os documentos que anexo são verdadeiros e que comunicarei de imediato qualquer mudança nas informações aqui prestadas.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Anexos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[Liste os documentos que acompanham esta declaração: cópia do documento de identidade, comprovantes, certidões.]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DECLARA]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[Documento de identidade]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ASSINATURA E IMPRESSÃO DIGITAL (se exigido)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[DJ-___]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Declaração jurada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</dc:title>
  <dc:subject>Declaración jurada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