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POLÍTICA DE ESTOQUE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[PI-___]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política define como o estoque da empresa é registrado, controlado e conferido, para que as quantidades do sistema e as do armazém coincidam e nenhuma saída fique sem documento de suporte.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[Áreas, armazéns, unidades e tipos de mercadoria a que se aplica. Indique o que fica fora.]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Definições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[Saldo: unidades disponíveis segundo o sistema]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[Movimento: entrada, saída, transferência ou ajuste]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[Contagem: conferência física contra o sistema]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[Produto não conforme: mercadoria danificada, vencida ou incompleta]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Diretrizes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Todo movimento de estoque é registrado no sistema no dia em que ocorre, com documento de suporte identificado.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Nenhuma saída de mercadoria é autorizada sem documento aprovado pelo responsável da área.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Os armazéns têm localizações identificadas e cada produto ocupa uma única localização principal.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As contagens físicas são feitas na periodicidade definida e as diferenças são investigadas antes do ajuste.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Os ajustes de estoque são autorizados por [cargo] e registrados com motivo e evidência.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produto não conforme é separado, identificado e decidido por escrito (devolução, reprocesso, baixa ou destruição).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mercadoria em trânsito e a recebida em consignação são controladas separadamente.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acesso para alterar saldos no sistema é restrito aos perfis autorizados e fica registrado no histórico.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Papéis e responsabilidades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Função ou cargo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Responsabilidade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Direção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Gestor do armazém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Auxiliar de depósito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Contabilidade ou custos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Auditoria ou controle interno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Frequência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Fonte do dado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Acurácia do estoque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Diferenças de contagem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Saídas sem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Giro de mercadoria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Vigência e controle de alterações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 que aprova a política]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[Data da próxima revisão]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Esta política é a regra da casa: se o sistema e o papel dizem coisas diferentes, vale a contagem, mas a diferença é explicada por escrito. Revise-a com seu contador antes de publicar e atualize quando a operação mudar.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Política de estoque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inventarios</dc:title>
  <dc:subject>Política de inventarios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