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del contacto]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resposta à sua reclamação [protocolo número] de [data]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Recebemos sua comunicação com protocolo [número] de [data], na qual informa [resumo do caso apresentado pelo cliente].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Verificação realizada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Analisamos o caso com a área de [área responsável] e verificamos o seguinte: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verificado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Registro da operação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Produto ou serviço entregue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 e comprovantes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Conferência de estoque ou expedição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Com base no exposto, [aceitamos a reclamação e faremos a reposição ou o ajuste / aceitamos a reclamação em parte nos seguintes termos: ___ / não aceitamos a reclamação pelos motivos apresentados].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Confirmamos que [a ação acordada] será executada nos [número] dias seguintes. Em caso de dúvidas, escreva para [e-mail] ou ligue para [telefone].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de atendimento] · [qualidade]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Resposta de uso interno e comercial. Mantenha o registro do protocolo e dos documentos verificados.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Resposta a reclamação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Respuesta a reclamación de cliente</dc:title>
  <dc:subject>Respuesta a reclamación de cliente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