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MONOGRAPH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Plan by chapter, sources and final check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[MG-___]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Details of the paper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Title of the monograph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Author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Subject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Supervising teacher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Expected length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Due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Scope of the topic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what the paper covers and what it leaves out. A narrow topic can be finished; an open one never is.]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What it covers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No.: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Chapters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Chapter</w:t>
            </w:r>
          </w:p>
        </w:tc>
        <w:tc>
          <w:tcPr>
            <w:tcW w:type="dxa" w:w="532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it contains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Pages planned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Introduction and problem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Framework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Development of the topic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Application or analysis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Conclusions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Source plan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[Split the sources by type. If all of them are web pages with no author, the paper loses its support.]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Type of source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many</w:t>
            </w:r>
          </w:p>
        </w:tc>
        <w:tc>
          <w:tcPr>
            <w:tcW w:type="dxa" w:w="4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Where to look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Books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Academic articles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Reports or institutional documents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Web pages with a named author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Provisional table of contents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[Draft it at the start and adjust it at the end. It shows whether a chapter is out of proportion before you write it.]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How sources are cited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[Choose one citation style (author and year, or footnote) and use it the same way throughout. Every in-text citation must appear in the final list, and every entry in the list must be cited in the text.]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Schedule by chapter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Chapter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Date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Introduction and problem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Framework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Development of the topic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Application or analysis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Conclusions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Checklist before submitting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737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Point to check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Yes / No</w:t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Does each chapter answer part of the narrow topic?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Are all in-text citations in the final list?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Is every entry in the list cited in the text?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 the conclusions answer the objective?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Did I check for copied passages with no quotation marks or citation?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Did I check pagination, contents and spelling?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Document control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AUTHOR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SUPERVISING TEACHER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[Institution name] · Monograph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Monografía</dc:title>
  <dc:subject>Plan de una monografía por capítulos y fuentes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