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cs="Calibri"/>
          <w:b/>
          <w:i w:val="0"/>
          <w:color w:val="404040"/>
          <w:sz w:val="24"/>
        </w:rPr>
        <w:t>COMPANY NAME</w:t>
      </w:r>
    </w:p>
    <w:p>
      <w:r>
        <w:rPr>
          <w:rFonts w:ascii="Calibri" w:hAnsi="Calibri" w:cs="Calibri"/>
          <w:b w:val="0"/>
          <w:i w:val="0"/>
          <w:color w:val="595959"/>
          <w:sz w:val="17"/>
        </w:rPr>
        <w:t>Tax number · Address · City</w:t>
      </w:r>
    </w:p>
    <w:p>
      <w:r>
        <w:rPr>
          <w:rFonts w:ascii="Calibri" w:hAnsi="Calibri" w:cs="Calibri"/>
          <w:b w:val="0"/>
          <w:i w:val="0"/>
          <w:color w:val="595959"/>
          <w:sz w:val="17"/>
        </w:rPr>
        <w:t>Phone · Email</w:t>
      </w:r>
    </w:p>
    <w:p>
      <w:pPr>
        <w:spacing w:after="160"/>
        <w:pBdr>
          <w:bottom w:val="single" w:sz="8" w:space="4" w:color="A6A6A6"/>
        </w:pBdr>
      </w:pPr>
    </w:p>
    <w:p>
      <w:pPr>
        <w:jc w:val="center"/>
      </w:pPr>
      <w:r>
        <w:rPr>
          <w:rFonts w:ascii="Calibri" w:hAnsi="Calibri" w:cs="Calibri"/>
          <w:b/>
          <w:i w:val="0"/>
          <w:color w:val="404040"/>
          <w:sz w:val="25"/>
        </w:rPr>
        <w:t>PROOF OF INCOME LETTER</w:t>
      </w:r>
    </w:p>
    <w:p>
      <w:pPr>
        <w:spacing w:after="120"/>
        <w:pBdr>
          <w:bottom w:val="single" w:sz="6" w:space="4" w:color="A6A6A6"/>
        </w:pBdr>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Certificate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[CI-___]</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 of issue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jc w:val="right"/>
      </w:pPr>
      <w:r>
        <w:rPr>
          <w:rFonts w:ascii="Calibri" w:hAnsi="Calibri" w:cs="Calibri"/>
          <w:b w:val="0"/>
          <w:i w:val="0"/>
          <w:color w:val="262626"/>
          <w:sz w:val="20"/>
        </w:rPr>
        <w:t>[City], [DD/MM/YYYY]</w:t>
      </w:r>
    </w:p>
    <w:p>
      <w:r>
        <w:rPr>
          <w:rFonts w:ascii="Calibri" w:hAnsi="Calibri" w:cs="Calibri"/>
          <w:b w:val="0"/>
          <w:i w:val="0"/>
          <w:color w:val="262626"/>
          <w:sz w:val="20"/>
        </w:rPr>
        <w:t>Dear</w:t>
      </w:r>
    </w:p>
    <w:p>
      <w:r>
        <w:rPr>
          <w:rFonts w:ascii="Calibri" w:hAnsi="Calibri" w:cs="Calibri"/>
          <w:b/>
          <w:i w:val="0"/>
          <w:color w:val="262626"/>
          <w:sz w:val="20"/>
        </w:rPr>
        <w:t>[NAME OF RECIPIENT]</w:t>
      </w:r>
    </w:p>
    <w:p>
      <w:r>
        <w:rPr>
          <w:rFonts w:ascii="Calibri" w:hAnsi="Calibri" w:cs="Calibri"/>
          <w:b w:val="0"/>
          <w:i w:val="0"/>
          <w:color w:val="262626"/>
          <w:sz w:val="20"/>
        </w:rPr>
        <w:t>[Position or organisation]</w:t>
      </w:r>
    </w:p>
    <w:p>
      <w:r>
        <w:rPr>
          <w:rFonts w:ascii="Calibri" w:hAnsi="Calibri" w:cs="Calibri"/>
          <w:b w:val="0"/>
          <w:i w:val="0"/>
          <w:color w:val="262626"/>
          <w:sz w:val="20"/>
        </w:rPr>
        <w:t>[City]</w:t>
      </w:r>
    </w:p>
    <w:p>
      <w:pPr>
        <w:spacing w:after="0"/>
      </w:pPr>
    </w:p>
    <w:p>
      <w:pPr>
        <w:spacing w:before="80"/>
      </w:pPr>
      <w:r>
        <w:rPr>
          <w:rFonts w:ascii="Calibri" w:hAnsi="Calibri" w:cs="Calibri"/>
          <w:b/>
          <w:i w:val="0"/>
          <w:color w:val="262626"/>
          <w:sz w:val="21"/>
        </w:rPr>
        <w:t>Subject: Proof of income for [employee name]</w:t>
      </w:r>
    </w:p>
    <w:p>
      <w:r>
        <w:rPr>
          <w:rFonts w:ascii="Calibri" w:hAnsi="Calibri" w:cs="Calibri"/>
          <w:b w:val="0"/>
          <w:i w:val="0"/>
          <w:color w:val="262626"/>
          <w:sz w:val="21"/>
        </w:rPr>
        <w:t>Dear Sir or Madam:</w:t>
      </w:r>
    </w:p>
    <w:p>
      <w:pPr>
        <w:jc w:val="both"/>
      </w:pPr>
      <w:r>
        <w:rPr>
          <w:rFonts w:ascii="Calibri" w:hAnsi="Calibri" w:cs="Calibri"/>
          <w:b w:val="0"/>
          <w:i w:val="0"/>
          <w:color w:val="262626"/>
          <w:sz w:val="21"/>
        </w:rPr>
        <w:t>The undersigned company certifies that the person identified below works for this company and receives the income set out here. This certificate is issued at the employee's request and for the purpose they indicate.</w:t>
      </w:r>
    </w:p>
    <w:p>
      <w:pPr>
        <w:spacing w:before="160" w:after="60"/>
        <w:pBdr>
          <w:bottom w:val="single" w:sz="4" w:space="4" w:color="A6A6A6"/>
        </w:pBdr>
      </w:pPr>
      <w:r>
        <w:rPr>
          <w:rFonts w:ascii="Calibri" w:hAnsi="Calibri" w:cs="Calibri"/>
          <w:b/>
          <w:i w:val="0"/>
          <w:color w:val="404040"/>
          <w:sz w:val="22"/>
        </w:rPr>
        <w:t>1. Employee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Position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Area or process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Type of employment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Still employed? (Yes /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Details of the company certifying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Company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Legal representative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Income certified</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Monthly amount</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Note</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Base salary</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Transport allowance or subsidy</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Other fixed payments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Average of variable payments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Total monthly income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Other details certified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Contract type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Length of service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Does the employee receive other payments? (describe)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5. Use and validity of this certificate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Purpose stated by the employee (rental / loan / visa / study / other)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Certificate valid until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jc w:val="both"/>
      </w:pPr>
      <w:r>
        <w:rPr>
          <w:rFonts w:ascii="Calibri" w:hAnsi="Calibri" w:cs="Calibri"/>
          <w:b w:val="0"/>
          <w:i w:val="0"/>
          <w:color w:val="262626"/>
          <w:sz w:val="21"/>
        </w:rPr>
        <w:t>The amounts shown here are those in force at the date of issue. If the employee's terms change, a new certificate is issued.</w:t>
      </w:r>
    </w:p>
    <w:p>
      <w:pPr>
        <w:spacing w:before="160" w:after="60"/>
        <w:pBdr>
          <w:bottom w:val="single" w:sz="4" w:space="4" w:color="A6A6A6"/>
        </w:pBdr>
      </w:pPr>
      <w:r>
        <w:rPr>
          <w:rFonts w:ascii="Calibri" w:hAnsi="Calibri" w:cs="Calibri"/>
          <w:b/>
          <w:i w:val="0"/>
          <w:color w:val="404040"/>
          <w:sz w:val="22"/>
        </w:rPr>
        <w:t>6. Verification and signature</w:t>
      </w:r>
    </w:p>
    <w:p>
      <w:pPr>
        <w:jc w:val="both"/>
      </w:pPr>
      <w:r>
        <w:rPr>
          <w:rFonts w:ascii="Calibri" w:hAnsi="Calibri" w:cs="Calibri"/>
          <w:b w:val="0"/>
          <w:i w:val="0"/>
          <w:color w:val="262626"/>
          <w:sz w:val="21"/>
        </w:rPr>
        <w:t>Any organisation may verify the authenticity of this certificate by writing to the contact details below, quoting the certificate number.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tcMar>
              <w:top w:w="42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0"/>
            </w:pPr>
            <w:r>
              <w:rPr>
                <w:rFonts w:ascii="Calibri" w:hAnsi="Calibri" w:cs="Calibri"/>
                <w:b/>
                <w:i w:val="0"/>
                <w:color w:val="262626"/>
                <w:sz w:val="18"/>
              </w:rPr>
              <w:t>[NAME OF SIGNATORY]</w:t>
            </w:r>
          </w:p>
          <w:p>
            <w:pPr>
              <w:spacing w:after="0"/>
            </w:pPr>
            <w:r>
              <w:rPr>
                <w:rFonts w:ascii="Calibri" w:hAnsi="Calibri" w:cs="Calibri"/>
                <w:b w:val="0"/>
                <w:i/>
                <w:color w:val="595959"/>
                <w:sz w:val="18"/>
              </w:rPr>
              <w:t>[Position: legal representative or HR]</w:t>
            </w:r>
          </w:p>
          <w:p>
            <w:pPr>
              <w:spacing w:after="0"/>
            </w:pPr>
            <w:r>
              <w:rPr>
                <w:rFonts w:ascii="Calibri" w:hAnsi="Calibri" w:cs="Calibri"/>
                <w:b w:val="0"/>
                <w:i/>
                <w:color w:val="595959"/>
                <w:sz w:val="18"/>
              </w:rPr>
              <w:t>[Company]</w:t>
            </w:r>
          </w:p>
          <w:p>
            <w:pPr>
              <w:spacing w:after="0"/>
            </w:pPr>
            <w:r>
              <w:rPr>
                <w:rFonts w:ascii="Calibri" w:hAnsi="Calibri" w:cs="Calibri"/>
                <w:b w:val="0"/>
                <w:i/>
                <w:color w:val="595959"/>
                <w:sz w:val="18"/>
              </w:rPr>
              <w:t>Phone · Email</w:t>
            </w:r>
          </w:p>
        </w:tc>
      </w:tr>
    </w:tbl>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COMPANY SIGNATURE AND STAMP</w:t>
            </w:r>
          </w:p>
          <w:p>
            <w:pPr>
              <w:spacing w:after="20"/>
            </w:pPr>
            <w:r>
              <w:rPr>
                <w:rFonts w:ascii="Calibri" w:hAnsi="Calibri" w:cs="Calibri"/>
                <w:b w:val="0"/>
                <w:i/>
                <w:color w:val="262626"/>
                <w:sz w:val="18"/>
              </w:rPr>
              <w:t>Name, position and signature</w:t>
            </w:r>
          </w:p>
        </w:tc>
      </w:tr>
    </w:tbl>
    <w:p>
      <w:pPr>
        <w:spacing w:before="160" w:after="60"/>
        <w:pBdr>
          <w:bottom w:val="single" w:sz="4" w:space="4" w:color="A6A6A6"/>
        </w:pBdr>
      </w:pPr>
      <w:r>
        <w:rPr>
          <w:rFonts w:ascii="Calibri" w:hAnsi="Calibri" w:cs="Calibri"/>
          <w:b/>
          <w:i w:val="0"/>
          <w:color w:val="404040"/>
          <w:sz w:val="22"/>
        </w:rPr>
        <w:t>Document control</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[CI-___]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Proof of income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Certificado de ingresos</dc:title>
  <dc:subject>Certificado de ingresos</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