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[Área de Talento Humano]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A/C: [Nome e cargo]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aceitação da proposta de emprego para o cargo de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Agradeço a proposta de emprego para o cargo de [cargo], que recebi em [data]. Aceito a proposta nos termos acordados, que resumo a seguir.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Condições aceitas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Conforme a proposta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Data de início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Tipo de contrato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Remuneração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Jornada e modalidade de trabalho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Confirmo que posso iniciar em [data] e que tenho a documentação exigida: [documentos que deve entregar]. Se precisarem de algo adicional, fico à disposição.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 for recusar a proposta, substitua esta carta por uma de agradecimento e recusa: agradeça a proposta, explique brevemente que não seguirá no processo e deixe a porta aberta.]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[meu arquivo pessoal]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Guarde cópia desta carta e da proposta enviada pela empresa: são o comprovante das condições acordadas antes de assinar o contrato.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candidato] · Aceitação da proposta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aceptación de oferta de trabajo</dc:title>
  <dc:subject>Carta de aceptación de oferta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