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JUNTA DIRECTIVA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Sesión del órgano de administración: quórum, decisiones, votaciones y resoluciones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[JD-___]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Aprobado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 proceso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 de la sesión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sesión (ordinaria / extraordinaria / universal)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 (presencial / virtual / mixta)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Convocatoria y verificación del quórum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Convocada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convocatoria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de la convocatoria (escrita / correo / otro)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¿Se alcanzó el quórum?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Miembros presentes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Invitados (sin voto)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Asistentes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 o calidad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Asistencia (presencial / virtual)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7"/>
        </w:rPr>
        <w:t>Presidente de la sesión · Secretario(a) · Miembro o director · Invitado (sin voto)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Orden del día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punto: verificación del quórum y aprobación del orden del día]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punto: informe de gestión o de resultados]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punto: asunto sometido a decisión]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[Cuarto punto: varios y proposiciones]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Desarrollo de la sesión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del orden del día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Resumen de lo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Conclusión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Decisiones y votaciones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Decisión sometida a votación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 favor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 contra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Abstenciones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(aprobada / rechazada / aplazada)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Resoluciones adoptadas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Transcriba aquí cada resolución tal como quedó aprobada, con su número y su fecha. Una resolución por punto, empezando por la palabra RESUELVE.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[RESUELVE: primera decisión adoptada y su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[RESUELVE: segunda decisión adoptada y su alcance]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[RESUELVE: tercera decisión adoptada, con responsables y fechas]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Constancias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Deje constancia de lo que no es una decisión pero debe quedar por escrito: quién pidió la palabra, votos particulares, conflictos de interés declarados, documentos presentados y cualquier hecho relevante de la sesión.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Compromisos adquiridos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límite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Aprobación y firmas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acta se somete a aprobación y se firma por el presidente y el secretario. Se archiva en el libro de actas de la sociedad con la numeración consecutiva.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PRESIDENTE DE LA SESIÓN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SECRETARIO(A)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MIEMBRO O DIRECTOR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documento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Acta de junta directiva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junta directiva</dc:title>
  <dc:subject>Acta de junta directiva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