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 la entidad o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solicitud de [lo que solicita]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Yo, [nombre completo], identificado(a) con [documento], con domicilio en [dirección], me dirijo a ustedes de manera respetuosa para solicitar [lo que solicita].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Los motivos de esta solicitud son: [explique en dos o tres líneas la razón, con la fecha y el número de radicado si ya existe un trámite abierto].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Para el trámite adjunto los siguientes documentos: [documentos requeridos por la entidad].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[Documento 1]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[Documento 2]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[Documento 3]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Agradezco la atención prestada y solicito que me informen la decisión por [correo electrónico o dirección de notificaciones].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Datos de contacto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 de notificaciones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Documento: [número]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Anexos: [documentos que adjunta]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Guarde copia de la carta con el sello o el número de radicado de la entidad: es su constancia de que la presentó.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del solicitante] · Carta de solicitud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solicitud</dc:title>
  <dc:subject>Carta de solicitud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