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ANOTAÇÕES E RESUMO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Anotações por blocos, resumo e revisão programada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 onde vem (aula / livro / vídeo)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 ou capítulo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usar esta folha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primeiro as ideias-chave, não as frases completas. O resumo é escrito no final, com a folha fechada: se não conseguir resumir, ainda não entendeu.]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Anotações por blocos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Bloco ou subtema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Ideias-chave (palavras soltas)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 ou exemplo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Resumo em cinco linhas ou menos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Em cinco linhas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Dados, fórmulas e definições a memorizar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Conceito</w:t>
            </w:r>
          </w:p>
        </w:tc>
        <w:tc>
          <w:tcPr>
            <w:tcW w:type="dxa" w:w="680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Conteúdo ou tema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Perguntas que ficaram abertas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 que não ficou claro é anotado aqui e perguntado na próxima aula. Uma dúvida anotada é uma dúvida que se resolve; uma dúvida sem anotar se esquece.]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Como os conceitos se conectam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Conceito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Relaciona-se com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quê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Revisão programada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revisão curta dois dias depois rende mais do que reler tudo na véspera. Anote a data e marque quando tiver feito.]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da revisão</w:t>
            </w:r>
          </w:p>
        </w:tc>
        <w:tc>
          <w:tcPr>
            <w:tcW w:type="dxa" w:w="578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revisar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Feito (Sim / Não)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ESTUDANTE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Anotações e resumo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Apuntes y resumen</dc:title>
  <dc:subject>Apuntes por bloques con resumen y repaso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