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CARTA PODER SIMPLE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del poderdante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del apoderado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Yo, [nombre del poderdante], identificado(a) con [documento], con domicilio en [dirección], otorgo poder especial a [nombre del apoderado], identificado(a) con [documento], para que en mi nombre y representación [trámite que autoriza: reclamar, radicar, retirar, firmar] ante [entidad o empresa].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 presente autorización es válida desde el [fecha] hasta el [fecha] y se limita a [alcance concreto del trámite].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Mi apoderado queda facultado para presentar y recibir documentos relacionados con este trámite, y para informarme del resultado.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constancia, firmo en [ciudad], el [fecha].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Aceptación del apoderado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Acepto la designación y manifiesto que actuaré dentro del alcance autorizado en esta carta poder.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Copia: [archivo personal del poderdante]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poder simple sirve para trámites ordinarios ante empresas y entidades. Si el trámite exige poder notarial, esta carta no lo reemplaza: confirme el requisito antes de actuar.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poderdante] · Carta poder simple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poder simple</dc:title>
  <dc:subject>Carta poder simple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