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Calibri" w:hAnsi="Calibri" w:cs="Calibri"/>
          <w:b/>
          <w:i w:val="0"/>
          <w:color w:val="404040"/>
          <w:sz w:val="24"/>
        </w:rPr>
        <w:t>[COMPANY NAME]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[Company ID] · [Address] · [City]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[Phone] · [Email] · [Website]</w:t>
      </w:r>
    </w:p>
    <w:p>
      <w:pPr>
        <w:spacing w:after="160"/>
        <w:pBdr>
          <w:bottom w:val="single" w:sz="8" w:space="4" w:color="A6A6A6"/>
        </w:pBdr>
      </w:pPr>
    </w:p>
    <w:p>
      <w:pPr>
        <w:jc w:val="center"/>
      </w:pPr>
      <w:r>
        <w:rPr>
          <w:rFonts w:ascii="Calibri" w:hAnsi="Calibri" w:cs="Calibri"/>
          <w:b/>
          <w:i w:val="0"/>
          <w:color w:val="404040"/>
          <w:sz w:val="28"/>
        </w:rPr>
        <w:t>EMPLOYMENT CERTIFICATE</w:t>
      </w:r>
    </w:p>
    <w:p>
      <w:pPr>
        <w:spacing w:after="120"/>
        <w:pBdr>
          <w:bottom w:val="single" w:sz="6" w:space="4" w:color="A6A6A6"/>
        </w:pBdr>
      </w:pP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To whom it may concern: [Company name], with company ID [number], certifies that [full name of employee], holder of ID [number], [is currently employed / was employed] by this company since [start date] [until [end date]], in the position of [position].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Employment details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481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Item</w:t>
            </w:r>
          </w:p>
        </w:tc>
        <w:tc>
          <w:tcPr>
            <w:tcW w:type="dxa" w:w="481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Detail</w:t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Position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Area or department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Type of contract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Working hours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Start date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End date (if applicable)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Duties performed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During their employment they were responsible for the following duties: [main duties of the position].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Statement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Issued at the request of the person concerned in [city], on [date].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tcMar>
              <w:top w:w="42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262626"/>
                <w:sz w:val="18"/>
              </w:rPr>
              <w:t>[Full name]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/>
                <w:color w:val="595959"/>
                <w:sz w:val="18"/>
              </w:rPr>
              <w:t>[Name of signatory] · [Position of signatory]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/>
                <w:color w:val="595959"/>
                <w:sz w:val="18"/>
              </w:rPr>
              <w:t>[Phone] · [Email]</w:t>
            </w:r>
          </w:p>
        </w:tc>
      </w:tr>
    </w:tbl>
    <w:p>
      <w:r>
        <w:rPr>
          <w:rFonts w:ascii="Calibri" w:hAnsi="Calibri" w:cs="Calibri"/>
          <w:b w:val="0"/>
          <w:i w:val="0"/>
          <w:color w:val="595959"/>
          <w:sz w:val="18"/>
        </w:rPr>
        <w:t>Copy: [employee personnel file]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Certify only verifiable employment facts: position, dates, contract type and, if the employee asks for it, duties and salary. Do not include opinions or information that could harm them.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[Company name] · Employment certificate    </w:t>
    </w:r>
    <w:r>
      <w:rPr>
        <w:rFonts w:ascii="Calibri" w:hAnsi="Calibri" w:cs="Calibri"/>
        <w:b w:val="0"/>
        <w:i w:val="0"/>
        <w:color w:val="595959"/>
        <w:sz w:val="16"/>
      </w:rPr>
      <w:t xml:space="preserve">Page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of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Certificado laboral</dc:title>
  <dc:subject>Certificado laboral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